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Abschlagsrechnung Nr. ____ (kumuliert)</w:t>
      </w:r>
    </w:p>
    <w:p>
      <w:r>
        <w:rPr>
          <w:color w:val="6B6B6B"/>
          <w:sz w:val="18"/>
        </w:rPr>
        <w:t>Prüfbare Aufstellung nach § 16 Abs. 1 VOB/B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Auftragnehmer (Name, Anschrift)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Steuernummer / USt-IdNr.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Auftraggeber (Name, Anschrift)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Bauvorhaben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Auftrags-Nr. / Vertrag vom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Rechnungs-Nr.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Rechnungsdatum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Leistungszeitraum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  <w:t>von ____________ bis ____________ (Stichtag)</w:t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Leitweg-ID (nur öffentliche Auftraggeber)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00" w:after="60"/>
      </w:pPr>
      <w:r>
        <w:rPr>
          <w:b/>
          <w:sz w:val="22"/>
        </w:rPr>
        <w:t>Leistungsaufstellung (kumuliert bis zum Stichtag)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c>
          <w:tcPr>
            <w:tcW w:type="dxa" w:w="907"/>
            <w:shd w:val="clear" w:color="auto" w:fill="FDE9C4"/>
          </w:tcPr>
          <w:p>
            <w:r/>
            <w:r>
              <w:rPr>
                <w:b/>
                <w:sz w:val="18"/>
              </w:rPr>
              <w:t>OZ</w:t>
            </w:r>
          </w:p>
        </w:tc>
        <w:tc>
          <w:tcPr>
            <w:tcW w:type="dxa" w:w="3288"/>
            <w:shd w:val="clear" w:color="auto" w:fill="FDE9C4"/>
          </w:tcPr>
          <w:p>
            <w:r/>
            <w:r>
              <w:rPr>
                <w:b/>
                <w:sz w:val="18"/>
              </w:rPr>
              <w:t>Kurztext</w:t>
            </w:r>
          </w:p>
        </w:tc>
        <w:tc>
          <w:tcPr>
            <w:tcW w:type="dxa" w:w="794"/>
            <w:shd w:val="clear" w:color="auto" w:fill="FDE9C4"/>
          </w:tcPr>
          <w:p>
            <w:r/>
            <w:r>
              <w:rPr>
                <w:b/>
                <w:sz w:val="18"/>
              </w:rPr>
              <w:t>Einheit</w:t>
            </w:r>
          </w:p>
        </w:tc>
        <w:tc>
          <w:tcPr>
            <w:tcW w:type="dxa" w:w="1134"/>
            <w:shd w:val="clear" w:color="auto" w:fill="FDE9C4"/>
          </w:tcPr>
          <w:p>
            <w:r/>
            <w:r>
              <w:rPr>
                <w:b/>
                <w:sz w:val="18"/>
              </w:rPr>
              <w:t>Menge lt. Vertrag</w:t>
            </w:r>
          </w:p>
        </w:tc>
        <w:tc>
          <w:tcPr>
            <w:tcW w:type="dxa" w:w="1134"/>
            <w:shd w:val="clear" w:color="auto" w:fill="FDE9C4"/>
          </w:tcPr>
          <w:p>
            <w:r/>
            <w:r>
              <w:rPr>
                <w:b/>
                <w:sz w:val="18"/>
              </w:rPr>
              <w:t>EP netto</w:t>
            </w:r>
          </w:p>
        </w:tc>
        <w:tc>
          <w:tcPr>
            <w:tcW w:type="dxa" w:w="1247"/>
            <w:shd w:val="clear" w:color="auto" w:fill="FDE9C4"/>
          </w:tcPr>
          <w:p>
            <w:r/>
            <w:r>
              <w:rPr>
                <w:b/>
                <w:sz w:val="18"/>
              </w:rPr>
              <w:t>Menge ausgeführt gesamt</w:t>
            </w:r>
          </w:p>
        </w:tc>
        <w:tc>
          <w:tcPr>
            <w:tcW w:type="dxa" w:w="1361"/>
            <w:shd w:val="clear" w:color="auto" w:fill="FDE9C4"/>
          </w:tcPr>
          <w:p>
            <w:r/>
            <w:r>
              <w:rPr>
                <w:b/>
                <w:sz w:val="18"/>
              </w:rPr>
              <w:t>GP ausgeführt netto</w:t>
            </w:r>
          </w:p>
        </w:tc>
      </w:tr>
      <w:tr>
        <w:trPr>
          <w:trHeight w:val="454"/>
        </w:trPr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2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454"/>
        </w:trPr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2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454"/>
        </w:trPr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2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454"/>
        </w:trPr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2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454"/>
        </w:trPr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2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454"/>
        </w:trPr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2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454"/>
        </w:trPr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2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454"/>
        </w:trPr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2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454"/>
        </w:trPr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2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454"/>
        </w:trPr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2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/>
            <w:r>
              <w:rPr>
                <w:sz w:val="18"/>
              </w:rPr>
            </w:r>
          </w:p>
        </w:tc>
      </w:tr>
      <w:tr>
        <w:trPr>
          <w:trHeight w:val="454"/>
        </w:trPr>
        <w:tc>
          <w:tcPr>
            <w:tcW w:type="dxa" w:w="90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288"/>
          </w:tcPr>
          <w:p>
            <w:r/>
            <w:r>
              <w:rPr>
                <w:sz w:val="18"/>
              </w:rPr>
              <w:t>Gesamtleistung bis Stichtag, netto</w:t>
            </w:r>
          </w:p>
        </w:tc>
        <w:tc>
          <w:tcPr>
            <w:tcW w:type="dxa" w:w="79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00" w:after="60"/>
      </w:pPr>
      <w:r>
        <w:rPr>
          <w:b/>
          <w:sz w:val="22"/>
        </w:rPr>
        <w:t>Zusammenfassung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6236"/>
            <w:shd w:val="clear" w:color="auto" w:fill="F4F4F4"/>
          </w:tcPr>
          <w:p>
            <w:r/>
            <w:r>
              <w:rPr>
                <w:b/>
                <w:sz w:val="18"/>
              </w:rPr>
              <w:t>Gesamtleistung bis Stichtag, netto</w:t>
            </w:r>
          </w:p>
        </w:tc>
        <w:tc>
          <w:tcPr>
            <w:tcW w:type="dxa" w:w="3628"/>
          </w:tcPr>
          <w:p>
            <w:r/>
            <w:r>
              <w:rPr>
                <w:sz w:val="18"/>
              </w:rPr>
              <w:t>€</w:t>
            </w:r>
          </w:p>
        </w:tc>
      </w:tr>
      <w:tr>
        <w:tc>
          <w:tcPr>
            <w:tcW w:type="dxa" w:w="6236"/>
            <w:shd w:val="clear" w:color="auto" w:fill="F4F4F4"/>
          </w:tcPr>
          <w:p>
            <w:r/>
            <w:r>
              <w:rPr>
                <w:b/>
                <w:sz w:val="18"/>
              </w:rPr>
              <w:t>davon bisher abgerechnet, netto (Abschlagsrechnung Nr. ____)</w:t>
            </w:r>
          </w:p>
        </w:tc>
        <w:tc>
          <w:tcPr>
            <w:tcW w:type="dxa" w:w="3628"/>
          </w:tcPr>
          <w:p>
            <w:r/>
            <w:r>
              <w:rPr>
                <w:sz w:val="18"/>
              </w:rPr>
              <w:t>€</w:t>
            </w:r>
          </w:p>
        </w:tc>
      </w:tr>
      <w:tr>
        <w:tc>
          <w:tcPr>
            <w:tcW w:type="dxa" w:w="6236"/>
            <w:shd w:val="clear" w:color="auto" w:fill="F4F4F4"/>
          </w:tcPr>
          <w:p>
            <w:r/>
            <w:r>
              <w:rPr>
                <w:b/>
                <w:sz w:val="18"/>
              </w:rPr>
              <w:t>zzgl. Umsatzsteuer ____ %</w:t>
            </w:r>
          </w:p>
        </w:tc>
        <w:tc>
          <w:tcPr>
            <w:tcW w:type="dxa" w:w="3628"/>
          </w:tcPr>
          <w:p>
            <w:r/>
            <w:r>
              <w:rPr>
                <w:sz w:val="18"/>
              </w:rPr>
              <w:t>€</w:t>
            </w:r>
          </w:p>
        </w:tc>
      </w:tr>
      <w:tr>
        <w:tc>
          <w:tcPr>
            <w:tcW w:type="dxa" w:w="6236"/>
            <w:shd w:val="clear" w:color="auto" w:fill="F4F4F4"/>
          </w:tcPr>
          <w:p>
            <w:r/>
            <w:r>
              <w:rPr>
                <w:b/>
                <w:sz w:val="18"/>
              </w:rPr>
              <w:t>Gesamtleistung bis Stichtag, brutto</w:t>
            </w:r>
          </w:p>
        </w:tc>
        <w:tc>
          <w:tcPr>
            <w:tcW w:type="dxa" w:w="3628"/>
          </w:tcPr>
          <w:p>
            <w:r/>
            <w:r>
              <w:rPr>
                <w:sz w:val="18"/>
              </w:rPr>
              <w:t>€</w:t>
            </w:r>
          </w:p>
        </w:tc>
      </w:tr>
      <w:tr>
        <w:tc>
          <w:tcPr>
            <w:tcW w:type="dxa" w:w="6236"/>
            <w:shd w:val="clear" w:color="auto" w:fill="F4F4F4"/>
          </w:tcPr>
          <w:p>
            <w:r/>
            <w:r>
              <w:rPr>
                <w:b/>
                <w:sz w:val="18"/>
              </w:rPr>
              <w:t>abzüglich Sicherheitseinbehalt ____ % (nur wenn vertraglich vereinbart, § 17 VOB/B)</w:t>
            </w:r>
          </w:p>
        </w:tc>
        <w:tc>
          <w:tcPr>
            <w:tcW w:type="dxa" w:w="3628"/>
          </w:tcPr>
          <w:p>
            <w:r/>
            <w:r>
              <w:rPr>
                <w:sz w:val="18"/>
              </w:rPr>
              <w:t>- €</w:t>
            </w:r>
          </w:p>
        </w:tc>
      </w:tr>
      <w:tr>
        <w:tc>
          <w:tcPr>
            <w:tcW w:type="dxa" w:w="6236"/>
            <w:shd w:val="clear" w:color="auto" w:fill="F4F4F4"/>
          </w:tcPr>
          <w:p>
            <w:r/>
            <w:r>
              <w:rPr>
                <w:b/>
                <w:sz w:val="18"/>
              </w:rPr>
              <w:t>abzüglich bereits erhaltene Zahlungen, brutto</w:t>
            </w:r>
          </w:p>
        </w:tc>
        <w:tc>
          <w:tcPr>
            <w:tcW w:type="dxa" w:w="3628"/>
          </w:tcPr>
          <w:p>
            <w:r/>
            <w:r>
              <w:rPr>
                <w:sz w:val="18"/>
              </w:rPr>
              <w:t>- €</w:t>
            </w:r>
          </w:p>
        </w:tc>
      </w:tr>
      <w:tr>
        <w:tc>
          <w:tcPr>
            <w:tcW w:type="dxa" w:w="6236"/>
            <w:shd w:val="clear" w:color="auto" w:fill="F4F4F4"/>
          </w:tcPr>
          <w:p>
            <w:r/>
            <w:r>
              <w:rPr>
                <w:b/>
                <w:sz w:val="18"/>
              </w:rPr>
              <w:t>Zahlbetrag</w:t>
            </w:r>
          </w:p>
        </w:tc>
        <w:tc>
          <w:tcPr>
            <w:tcW w:type="dxa" w:w="3628"/>
          </w:tcPr>
          <w:p>
            <w:r/>
            <w:r>
              <w:rPr>
                <w:sz w:val="18"/>
              </w:rPr>
              <w:t>€</w:t>
            </w:r>
          </w:p>
        </w:tc>
      </w:tr>
    </w:tbl>
    <w:p>
      <w:pPr>
        <w:spacing w:before="120"/>
      </w:pPr>
      <w:r>
        <w:rPr>
          <w:b w:val="0"/>
          <w:i/>
          <w:sz w:val="16"/>
        </w:rPr>
        <w:t>Bei Bauleistungen an einen Unternehmer, der selbst Bauleistungen erbringt, schuldet der Leistungsempfänger die Umsatzsteuer (§ 13b UStG). In diesem Fall keine Umsatzsteuer ausweisen und den Hinweis 'Steuerschuldnerschaft des Leistungsempfängers' anbringen.</w:t>
      </w:r>
    </w:p>
    <w:p>
      <w:pPr>
        <w:spacing w:before="200" w:after="60"/>
      </w:pPr>
      <w:r>
        <w:rPr>
          <w:b/>
          <w:sz w:val="22"/>
        </w:rPr>
        <w:t>Zahlung</w:t>
      </w:r>
    </w:p>
    <w:p>
      <w:pPr>
        <w:spacing w:before="120"/>
      </w:pPr>
      <w:r>
        <w:rPr>
          <w:b w:val="0"/>
          <w:i w:val="0"/>
          <w:sz w:val="18"/>
        </w:rPr>
        <w:t>Der Zahlbetrag ist binnen 21 Tagen nach Zugang dieser Aufstellung fällig (§ 16 Abs. 1 Nr. 3 VOB/B). Bitte überweisen Sie auf das unten genannte Konto unter Angabe der Rechnungsnummer.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Kontoinhaber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IBAN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51"/>
            <w:shd w:val="clear" w:color="auto" w:fill="F4F4F4"/>
          </w:tcPr>
          <w:p>
            <w:r/>
            <w:r>
              <w:rPr>
                <w:b/>
                <w:sz w:val="18"/>
              </w:rPr>
              <w:t>BIC / Bank</w:t>
            </w:r>
          </w:p>
        </w:tc>
        <w:tc>
          <w:tcPr>
            <w:tcW w:type="dxa" w:w="7313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00" w:after="60"/>
      </w:pPr>
      <w:r>
        <w:rPr>
          <w:b/>
          <w:sz w:val="22"/>
        </w:rPr>
        <w:t>Anlagen</w:t>
      </w:r>
    </w:p>
    <w:p>
      <w:pPr>
        <w:spacing w:before="120"/>
      </w:pPr>
      <w:r>
        <w:rPr>
          <w:b w:val="0"/>
          <w:i w:val="0"/>
          <w:sz w:val="18"/>
        </w:rPr>
        <w:t>Aufmaßblätter Nr. ____ bis ____, Mengenberechnung, ggf. Stundenlohnzettel, Nachtragsvereinbarungen, Fotodokumentation.</w:t>
      </w:r>
    </w:p>
    <w:p>
      <w:pPr>
        <w:spacing w:before="120"/>
      </w:pPr>
      <w:r>
        <w:rPr>
          <w:b w:val="0"/>
          <w:i/>
          <w:sz w:val="16"/>
        </w:rPr>
        <w:t>Abschlagszahlungen gelten nicht als Abnahme von Teilen der Leistung (§ 16 Abs. 1 Nr. 4 VOB/B). Pflichtangaben nach § 14 Abs. 4 UStG prüfen. Muster, keine Rechtsberatung.</w:t>
      </w:r>
    </w:p>
    <w:p>
      <w:pPr>
        <w:spacing w:before="120"/>
      </w:pPr>
      <w:r>
        <w:rPr>
          <w:b w:val="0"/>
          <w:i w:val="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/>
            <w:r>
              <w:br/>
              <w:br/>
              <w:br/>
              <w:t>_______________________________</w:t>
            </w:r>
          </w:p>
        </w:tc>
        <w:tc>
          <w:tcPr>
            <w:tcW w:type="dxa" w:w="4933"/>
          </w:tcPr>
          <w:p>
            <w:r/>
            <w:r>
              <w:br/>
              <w:br/>
              <w:br/>
              <w:t>_______________________________</w:t>
            </w:r>
          </w:p>
        </w:tc>
      </w:tr>
      <w:tr>
        <w:tc>
          <w:tcPr>
            <w:tcW w:type="dxa" w:w="4933"/>
          </w:tcPr>
          <w:p>
            <w:r/>
            <w:r>
              <w:rPr>
                <w:sz w:val="16"/>
              </w:rPr>
              <w:t>Ort, Datum</w:t>
            </w:r>
          </w:p>
        </w:tc>
        <w:tc>
          <w:tcPr>
            <w:tcW w:type="dxa" w:w="4933"/>
          </w:tcPr>
          <w:p>
            <w:r/>
            <w:r>
              <w:rPr>
                <w:sz w:val="16"/>
              </w:rPr>
              <w:t>Unterschrift Auftragnehmer</w:t>
            </w:r>
          </w:p>
        </w:tc>
      </w:tr>
    </w:tbl>
    <w:sectPr w:rsidR="00FC693F" w:rsidRPr="0006063C" w:rsidSect="00034616">
      <w:headerReference w:type="default" r:id="rId9"/>
      <w:pgSz w:w="11906" w:h="16838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i/>
        <w:color w:val="6B6B6B"/>
        <w:sz w:val="16"/>
      </w:rPr>
      <w:t>Vorlage von BauGrid - baugrid.de - Muster, keine Rechtsberatung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