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32"/>
        </w:rPr>
        <w:t>Bautagebuch - Tagesbericht</w:t>
      </w:r>
    </w:p>
    <w:p>
      <w:r>
        <w:rPr>
          <w:color w:val="6B6B6B"/>
          <w:sz w:val="18"/>
        </w:rPr>
        <w:t>Tägliche Dokumentation von Wetter, Personal, Leistung, Behinderungen und Anordnungen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2551"/>
            <w:shd w:val="clear" w:color="auto" w:fill="F4F4F4"/>
          </w:tcPr>
          <w:p>
            <w:r/>
            <w:r>
              <w:rPr>
                <w:b/>
                <w:sz w:val="18"/>
              </w:rPr>
              <w:t>Bauvorhaben</w:t>
            </w:r>
          </w:p>
        </w:tc>
        <w:tc>
          <w:tcPr>
            <w:tcW w:type="dxa" w:w="7313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2551"/>
            <w:shd w:val="clear" w:color="auto" w:fill="F4F4F4"/>
          </w:tcPr>
          <w:p>
            <w:r/>
            <w:r>
              <w:rPr>
                <w:b/>
                <w:sz w:val="18"/>
              </w:rPr>
              <w:t>Auftraggeber</w:t>
            </w:r>
          </w:p>
        </w:tc>
        <w:tc>
          <w:tcPr>
            <w:tcW w:type="dxa" w:w="7313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2551"/>
            <w:shd w:val="clear" w:color="auto" w:fill="F4F4F4"/>
          </w:tcPr>
          <w:p>
            <w:r/>
            <w:r>
              <w:rPr>
                <w:b/>
                <w:sz w:val="18"/>
              </w:rPr>
              <w:t>Auftragnehmer / Firma</w:t>
            </w:r>
          </w:p>
        </w:tc>
        <w:tc>
          <w:tcPr>
            <w:tcW w:type="dxa" w:w="7313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2551"/>
            <w:shd w:val="clear" w:color="auto" w:fill="F4F4F4"/>
          </w:tcPr>
          <w:p>
            <w:r/>
            <w:r>
              <w:rPr>
                <w:b/>
                <w:sz w:val="18"/>
              </w:rPr>
              <w:t>Datum / Wochentag</w:t>
            </w:r>
          </w:p>
        </w:tc>
        <w:tc>
          <w:tcPr>
            <w:tcW w:type="dxa" w:w="7313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2551"/>
            <w:shd w:val="clear" w:color="auto" w:fill="F4F4F4"/>
          </w:tcPr>
          <w:p>
            <w:r/>
            <w:r>
              <w:rPr>
                <w:b/>
                <w:sz w:val="18"/>
              </w:rPr>
              <w:t>Bericht-Nr.</w:t>
            </w:r>
          </w:p>
        </w:tc>
        <w:tc>
          <w:tcPr>
            <w:tcW w:type="dxa" w:w="7313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2551"/>
            <w:shd w:val="clear" w:color="auto" w:fill="F4F4F4"/>
          </w:tcPr>
          <w:p>
            <w:r/>
            <w:r>
              <w:rPr>
                <w:b/>
                <w:sz w:val="18"/>
              </w:rPr>
              <w:t>Erstellt von (Bauleitung / Polier)</w:t>
            </w:r>
          </w:p>
        </w:tc>
        <w:tc>
          <w:tcPr>
            <w:tcW w:type="dxa" w:w="7313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200" w:after="60"/>
      </w:pPr>
      <w:r>
        <w:rPr>
          <w:b/>
          <w:sz w:val="22"/>
        </w:rPr>
        <w:t>1. Wetter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1020"/>
            <w:shd w:val="clear" w:color="auto" w:fill="FDE9C4"/>
          </w:tcPr>
          <w:p>
            <w:r/>
            <w:r>
              <w:rPr>
                <w:b/>
                <w:sz w:val="18"/>
              </w:rPr>
              <w:t>Uhrzeit</w:t>
            </w:r>
          </w:p>
        </w:tc>
        <w:tc>
          <w:tcPr>
            <w:tcW w:type="dxa" w:w="1474"/>
            <w:shd w:val="clear" w:color="auto" w:fill="FDE9C4"/>
          </w:tcPr>
          <w:p>
            <w:r/>
            <w:r>
              <w:rPr>
                <w:b/>
                <w:sz w:val="18"/>
              </w:rPr>
              <w:t>Temperatur (°C)</w:t>
            </w:r>
          </w:p>
        </w:tc>
        <w:tc>
          <w:tcPr>
            <w:tcW w:type="dxa" w:w="4535"/>
            <w:shd w:val="clear" w:color="auto" w:fill="FDE9C4"/>
          </w:tcPr>
          <w:p>
            <w:r/>
            <w:r>
              <w:rPr>
                <w:b/>
                <w:sz w:val="18"/>
              </w:rPr>
              <w:t>Wetterlage (Sonne / bedeckt / Regen / Schnee / Wind / Frost)</w:t>
            </w:r>
          </w:p>
        </w:tc>
        <w:tc>
          <w:tcPr>
            <w:tcW w:type="dxa" w:w="2835"/>
            <w:shd w:val="clear" w:color="auto" w:fill="FDE9C4"/>
          </w:tcPr>
          <w:p>
            <w:r/>
            <w:r>
              <w:rPr>
                <w:b/>
                <w:sz w:val="18"/>
              </w:rPr>
              <w:t>Arbeiten witterungsbedingt eingeschränkt?</w:t>
            </w:r>
          </w:p>
        </w:tc>
      </w:tr>
      <w:tr>
        <w:tc>
          <w:tcPr>
            <w:tcW w:type="dxa" w:w="1020"/>
          </w:tcPr>
          <w:p>
            <w:r/>
            <w:r>
              <w:rPr>
                <w:sz w:val="18"/>
              </w:rPr>
              <w:t>07:00</w:t>
            </w:r>
          </w:p>
        </w:tc>
        <w:tc>
          <w:tcPr>
            <w:tcW w:type="dxa" w:w="147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4535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835"/>
          </w:tcPr>
          <w:p>
            <w:r/>
            <w:r>
              <w:rPr>
                <w:sz w:val="18"/>
              </w:rPr>
              <w:t>ja / nein</w:t>
            </w:r>
          </w:p>
        </w:tc>
      </w:tr>
      <w:tr>
        <w:tc>
          <w:tcPr>
            <w:tcW w:type="dxa" w:w="1020"/>
          </w:tcPr>
          <w:p>
            <w:r/>
            <w:r>
              <w:rPr>
                <w:sz w:val="18"/>
              </w:rPr>
              <w:t>12:00</w:t>
            </w:r>
          </w:p>
        </w:tc>
        <w:tc>
          <w:tcPr>
            <w:tcW w:type="dxa" w:w="147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4535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835"/>
          </w:tcPr>
          <w:p>
            <w:r/>
            <w:r>
              <w:rPr>
                <w:sz w:val="18"/>
              </w:rPr>
              <w:t>ja / nein</w:t>
            </w:r>
          </w:p>
        </w:tc>
      </w:tr>
      <w:tr>
        <w:tc>
          <w:tcPr>
            <w:tcW w:type="dxa" w:w="1020"/>
          </w:tcPr>
          <w:p>
            <w:r/>
            <w:r>
              <w:rPr>
                <w:sz w:val="18"/>
              </w:rPr>
              <w:t>16:00</w:t>
            </w:r>
          </w:p>
        </w:tc>
        <w:tc>
          <w:tcPr>
            <w:tcW w:type="dxa" w:w="147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4535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835"/>
          </w:tcPr>
          <w:p>
            <w:r/>
            <w:r>
              <w:rPr>
                <w:sz w:val="18"/>
              </w:rPr>
              <w:t>ja / nein</w:t>
            </w:r>
          </w:p>
        </w:tc>
      </w:tr>
    </w:tbl>
    <w:p>
      <w:pPr>
        <w:spacing w:before="200" w:after="60"/>
      </w:pPr>
      <w:r>
        <w:rPr>
          <w:b/>
          <w:sz w:val="22"/>
        </w:rPr>
        <w:t>2. Anwesende Firmen und Personen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3628"/>
            <w:shd w:val="clear" w:color="auto" w:fill="FDE9C4"/>
          </w:tcPr>
          <w:p>
            <w:r/>
            <w:r>
              <w:rPr>
                <w:b/>
                <w:sz w:val="18"/>
              </w:rPr>
              <w:t>Firma / Gewerk</w:t>
            </w:r>
          </w:p>
        </w:tc>
        <w:tc>
          <w:tcPr>
            <w:tcW w:type="dxa" w:w="1474"/>
            <w:shd w:val="clear" w:color="auto" w:fill="FDE9C4"/>
          </w:tcPr>
          <w:p>
            <w:r/>
            <w:r>
              <w:rPr>
                <w:b/>
                <w:sz w:val="18"/>
              </w:rPr>
              <w:t>Anzahl Personen</w:t>
            </w:r>
          </w:p>
        </w:tc>
        <w:tc>
          <w:tcPr>
            <w:tcW w:type="dxa" w:w="1701"/>
            <w:shd w:val="clear" w:color="auto" w:fill="FDE9C4"/>
          </w:tcPr>
          <w:p>
            <w:r/>
            <w:r>
              <w:rPr>
                <w:b/>
                <w:sz w:val="18"/>
              </w:rPr>
              <w:t>von - bis</w:t>
            </w:r>
          </w:p>
        </w:tc>
        <w:tc>
          <w:tcPr>
            <w:tcW w:type="dxa" w:w="3061"/>
            <w:shd w:val="clear" w:color="auto" w:fill="FDE9C4"/>
          </w:tcPr>
          <w:p>
            <w:r/>
            <w:r>
              <w:rPr>
                <w:b/>
                <w:sz w:val="18"/>
              </w:rPr>
              <w:t>Bemerkung</w:t>
            </w:r>
          </w:p>
        </w:tc>
      </w:tr>
      <w:tr>
        <w:tc>
          <w:tcPr>
            <w:tcW w:type="dxa" w:w="3628"/>
          </w:tcPr>
          <w:p>
            <w:r/>
            <w:r>
              <w:rPr>
                <w:sz w:val="18"/>
              </w:rPr>
              <w:t>Eigenes Personal</w:t>
            </w:r>
          </w:p>
        </w:tc>
        <w:tc>
          <w:tcPr>
            <w:tcW w:type="dxa" w:w="147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701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061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36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47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701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061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36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47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701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061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36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47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701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061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200" w:after="60"/>
      </w:pPr>
      <w:r>
        <w:rPr>
          <w:b/>
          <w:sz w:val="22"/>
        </w:rPr>
        <w:t>3. Geräte und Maschinen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3628"/>
            <w:shd w:val="clear" w:color="auto" w:fill="FDE9C4"/>
          </w:tcPr>
          <w:p>
            <w:r/>
            <w:r>
              <w:rPr>
                <w:b/>
                <w:sz w:val="18"/>
              </w:rPr>
              <w:t>Gerät / Maschine</w:t>
            </w:r>
          </w:p>
        </w:tc>
        <w:tc>
          <w:tcPr>
            <w:tcW w:type="dxa" w:w="1134"/>
            <w:shd w:val="clear" w:color="auto" w:fill="FDE9C4"/>
          </w:tcPr>
          <w:p>
            <w:r/>
            <w:r>
              <w:rPr>
                <w:b/>
                <w:sz w:val="18"/>
              </w:rPr>
              <w:t>Anzahl</w:t>
            </w:r>
          </w:p>
        </w:tc>
        <w:tc>
          <w:tcPr>
            <w:tcW w:type="dxa" w:w="1701"/>
            <w:shd w:val="clear" w:color="auto" w:fill="FDE9C4"/>
          </w:tcPr>
          <w:p>
            <w:r/>
            <w:r>
              <w:rPr>
                <w:b/>
                <w:sz w:val="18"/>
              </w:rPr>
              <w:t>Einsatz (Stunden)</w:t>
            </w:r>
          </w:p>
        </w:tc>
        <w:tc>
          <w:tcPr>
            <w:tcW w:type="dxa" w:w="3402"/>
            <w:shd w:val="clear" w:color="auto" w:fill="FDE9C4"/>
          </w:tcPr>
          <w:p>
            <w:r/>
            <w:r>
              <w:rPr>
                <w:b/>
                <w:sz w:val="18"/>
              </w:rPr>
              <w:t>Stillstand / Grund</w:t>
            </w:r>
          </w:p>
        </w:tc>
      </w:tr>
      <w:tr>
        <w:tc>
          <w:tcPr>
            <w:tcW w:type="dxa" w:w="36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3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701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402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36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3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701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402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36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3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701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402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200" w:after="60"/>
      </w:pPr>
      <w:r>
        <w:rPr>
          <w:b/>
          <w:sz w:val="22"/>
        </w:rPr>
        <w:t>4. Ausgeführte Arbeiten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2835"/>
            <w:shd w:val="clear" w:color="auto" w:fill="FDE9C4"/>
          </w:tcPr>
          <w:p>
            <w:r/>
            <w:r>
              <w:rPr>
                <w:b/>
                <w:sz w:val="18"/>
              </w:rPr>
              <w:t>Bauteil / Bereich / Geschoss</w:t>
            </w:r>
          </w:p>
        </w:tc>
        <w:tc>
          <w:tcPr>
            <w:tcW w:type="dxa" w:w="5329"/>
            <w:shd w:val="clear" w:color="auto" w:fill="FDE9C4"/>
          </w:tcPr>
          <w:p>
            <w:r/>
            <w:r>
              <w:rPr>
                <w:b/>
                <w:sz w:val="18"/>
              </w:rPr>
              <w:t>Beschreibung der Leistung</w:t>
            </w:r>
          </w:p>
        </w:tc>
        <w:tc>
          <w:tcPr>
            <w:tcW w:type="dxa" w:w="1701"/>
            <w:shd w:val="clear" w:color="auto" w:fill="FDE9C4"/>
          </w:tcPr>
          <w:p>
            <w:r/>
            <w:r>
              <w:rPr>
                <w:b/>
                <w:sz w:val="18"/>
              </w:rPr>
              <w:t>LV-Position (optional)</w:t>
            </w:r>
          </w:p>
        </w:tc>
      </w:tr>
      <w:tr>
        <w:trPr>
          <w:trHeight w:val="510"/>
        </w:trPr>
        <w:tc>
          <w:tcPr>
            <w:tcW w:type="dxa" w:w="2835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5329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701"/>
          </w:tcPr>
          <w:p>
            <w:r/>
            <w:r>
              <w:rPr>
                <w:sz w:val="18"/>
              </w:rPr>
            </w:r>
          </w:p>
        </w:tc>
      </w:tr>
      <w:tr>
        <w:trPr>
          <w:trHeight w:val="510"/>
        </w:trPr>
        <w:tc>
          <w:tcPr>
            <w:tcW w:type="dxa" w:w="2835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5329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701"/>
          </w:tcPr>
          <w:p>
            <w:r/>
            <w:r>
              <w:rPr>
                <w:sz w:val="18"/>
              </w:rPr>
            </w:r>
          </w:p>
        </w:tc>
      </w:tr>
      <w:tr>
        <w:trPr>
          <w:trHeight w:val="510"/>
        </w:trPr>
        <w:tc>
          <w:tcPr>
            <w:tcW w:type="dxa" w:w="2835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5329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701"/>
          </w:tcPr>
          <w:p>
            <w:r/>
            <w:r>
              <w:rPr>
                <w:sz w:val="18"/>
              </w:rPr>
            </w:r>
          </w:p>
        </w:tc>
      </w:tr>
      <w:tr>
        <w:trPr>
          <w:trHeight w:val="510"/>
        </w:trPr>
        <w:tc>
          <w:tcPr>
            <w:tcW w:type="dxa" w:w="2835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5329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701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200" w:after="60"/>
      </w:pPr>
      <w:r>
        <w:rPr>
          <w:b/>
          <w:sz w:val="22"/>
        </w:rPr>
        <w:t>5. Behinderungen, Unterbrechungen, besondere Vorkommnisse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628"/>
            <w:shd w:val="clear" w:color="auto" w:fill="FDE9C4"/>
          </w:tcPr>
          <w:p>
            <w:r/>
            <w:r>
              <w:rPr>
                <w:b/>
                <w:sz w:val="18"/>
              </w:rPr>
              <w:t>Ursache</w:t>
            </w:r>
          </w:p>
        </w:tc>
        <w:tc>
          <w:tcPr>
            <w:tcW w:type="dxa" w:w="3402"/>
            <w:shd w:val="clear" w:color="auto" w:fill="FDE9C4"/>
          </w:tcPr>
          <w:p>
            <w:r/>
            <w:r>
              <w:rPr>
                <w:b/>
                <w:sz w:val="18"/>
              </w:rPr>
              <w:t>Dauer / Auswirkung</w:t>
            </w:r>
          </w:p>
        </w:tc>
        <w:tc>
          <w:tcPr>
            <w:tcW w:type="dxa" w:w="2835"/>
            <w:shd w:val="clear" w:color="auto" w:fill="FDE9C4"/>
          </w:tcPr>
          <w:p>
            <w:r/>
            <w:r>
              <w:rPr>
                <w:b/>
                <w:sz w:val="18"/>
              </w:rPr>
              <w:t>Behinderungsanzeige an AG (§ 6 Abs. 1 VOB/B)?</w:t>
            </w:r>
          </w:p>
        </w:tc>
      </w:tr>
      <w:tr>
        <w:trPr>
          <w:trHeight w:val="510"/>
        </w:trPr>
        <w:tc>
          <w:tcPr>
            <w:tcW w:type="dxa" w:w="36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40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835"/>
          </w:tcPr>
          <w:p>
            <w:r/>
            <w:r>
              <w:rPr>
                <w:sz w:val="18"/>
              </w:rPr>
              <w:t>ja / nein / Datum</w:t>
            </w:r>
          </w:p>
        </w:tc>
      </w:tr>
      <w:tr>
        <w:trPr>
          <w:trHeight w:val="510"/>
        </w:trPr>
        <w:tc>
          <w:tcPr>
            <w:tcW w:type="dxa" w:w="36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40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835"/>
          </w:tcPr>
          <w:p>
            <w:r/>
            <w:r>
              <w:rPr>
                <w:sz w:val="18"/>
              </w:rPr>
              <w:t>ja / nein / Datum</w:t>
            </w:r>
          </w:p>
        </w:tc>
      </w:tr>
    </w:tbl>
    <w:p>
      <w:pPr>
        <w:spacing w:before="200" w:after="60"/>
      </w:pPr>
      <w:r>
        <w:rPr>
          <w:b/>
          <w:sz w:val="22"/>
        </w:rPr>
        <w:t>6. Anordnungen und Anweisungen des Auftraggebers / der Bauleitung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3969"/>
            <w:shd w:val="clear" w:color="auto" w:fill="FDE9C4"/>
          </w:tcPr>
          <w:p>
            <w:r/>
            <w:r>
              <w:rPr>
                <w:b/>
                <w:sz w:val="18"/>
              </w:rPr>
              <w:t>Anordnung</w:t>
            </w:r>
          </w:p>
        </w:tc>
        <w:tc>
          <w:tcPr>
            <w:tcW w:type="dxa" w:w="1928"/>
            <w:shd w:val="clear" w:color="auto" w:fill="FDE9C4"/>
          </w:tcPr>
          <w:p>
            <w:r/>
            <w:r>
              <w:rPr>
                <w:b/>
                <w:sz w:val="18"/>
              </w:rPr>
              <w:t>Durch (Name)</w:t>
            </w:r>
          </w:p>
        </w:tc>
        <w:tc>
          <w:tcPr>
            <w:tcW w:type="dxa" w:w="1928"/>
            <w:shd w:val="clear" w:color="auto" w:fill="FDE9C4"/>
          </w:tcPr>
          <w:p>
            <w:r/>
            <w:r>
              <w:rPr>
                <w:b/>
                <w:sz w:val="18"/>
              </w:rPr>
              <w:t>Form (mündlich / schriftlich)</w:t>
            </w:r>
          </w:p>
        </w:tc>
        <w:tc>
          <w:tcPr>
            <w:tcW w:type="dxa" w:w="2041"/>
            <w:shd w:val="clear" w:color="auto" w:fill="FDE9C4"/>
          </w:tcPr>
          <w:p>
            <w:r/>
            <w:r>
              <w:rPr>
                <w:b/>
                <w:sz w:val="18"/>
              </w:rPr>
              <w:t>Folge (Nachtrag, Bauzeit)</w:t>
            </w:r>
          </w:p>
        </w:tc>
      </w:tr>
      <w:tr>
        <w:trPr>
          <w:trHeight w:val="510"/>
        </w:trPr>
        <w:tc>
          <w:tcPr>
            <w:tcW w:type="dxa" w:w="3969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041"/>
          </w:tcPr>
          <w:p>
            <w:r/>
            <w:r>
              <w:rPr>
                <w:sz w:val="18"/>
              </w:rPr>
            </w:r>
          </w:p>
        </w:tc>
      </w:tr>
      <w:tr>
        <w:trPr>
          <w:trHeight w:val="510"/>
        </w:trPr>
        <w:tc>
          <w:tcPr>
            <w:tcW w:type="dxa" w:w="3969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041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200" w:after="60"/>
      </w:pPr>
      <w:r>
        <w:rPr>
          <w:b/>
          <w:sz w:val="22"/>
        </w:rPr>
        <w:t>7. Lieferungen und Entsorgung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835"/>
            <w:shd w:val="clear" w:color="auto" w:fill="FDE9C4"/>
          </w:tcPr>
          <w:p>
            <w:r/>
            <w:r>
              <w:rPr>
                <w:b/>
                <w:sz w:val="18"/>
              </w:rPr>
              <w:t>Lieferant</w:t>
            </w:r>
          </w:p>
        </w:tc>
        <w:tc>
          <w:tcPr>
            <w:tcW w:type="dxa" w:w="3402"/>
            <w:shd w:val="clear" w:color="auto" w:fill="FDE9C4"/>
          </w:tcPr>
          <w:p>
            <w:r/>
            <w:r>
              <w:rPr>
                <w:b/>
                <w:sz w:val="18"/>
              </w:rPr>
              <w:t>Material / Menge</w:t>
            </w:r>
          </w:p>
        </w:tc>
        <w:tc>
          <w:tcPr>
            <w:tcW w:type="dxa" w:w="1701"/>
            <w:shd w:val="clear" w:color="auto" w:fill="FDE9C4"/>
          </w:tcPr>
          <w:p>
            <w:r/>
            <w:r>
              <w:rPr>
                <w:b/>
                <w:sz w:val="18"/>
              </w:rPr>
              <w:t>Lieferschein-Nr.</w:t>
            </w:r>
          </w:p>
        </w:tc>
        <w:tc>
          <w:tcPr>
            <w:tcW w:type="dxa" w:w="1928"/>
            <w:shd w:val="clear" w:color="auto" w:fill="FDE9C4"/>
          </w:tcPr>
          <w:p>
            <w:r/>
            <w:r>
              <w:rPr>
                <w:b/>
                <w:sz w:val="18"/>
              </w:rPr>
              <w:t>Bemerkung</w:t>
            </w:r>
          </w:p>
        </w:tc>
      </w:tr>
      <w:tr>
        <w:tc>
          <w:tcPr>
            <w:tcW w:type="dxa" w:w="2835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40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701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2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2835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40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701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28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200" w:after="60"/>
      </w:pPr>
      <w:r>
        <w:rPr>
          <w:b/>
          <w:sz w:val="22"/>
        </w:rPr>
        <w:t>8. Fotos und Anlagen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061"/>
            <w:shd w:val="clear" w:color="auto" w:fill="FDE9C4"/>
          </w:tcPr>
          <w:p>
            <w:r/>
            <w:r>
              <w:rPr>
                <w:b/>
                <w:sz w:val="18"/>
              </w:rPr>
              <w:t>Foto-Nr. / Dateiname</w:t>
            </w:r>
          </w:p>
        </w:tc>
        <w:tc>
          <w:tcPr>
            <w:tcW w:type="dxa" w:w="4535"/>
            <w:shd w:val="clear" w:color="auto" w:fill="FDE9C4"/>
          </w:tcPr>
          <w:p>
            <w:r/>
            <w:r>
              <w:rPr>
                <w:b/>
                <w:sz w:val="18"/>
              </w:rPr>
              <w:t>Motiv / Bauteil</w:t>
            </w:r>
          </w:p>
        </w:tc>
        <w:tc>
          <w:tcPr>
            <w:tcW w:type="dxa" w:w="2268"/>
            <w:shd w:val="clear" w:color="auto" w:fill="FDE9C4"/>
          </w:tcPr>
          <w:p>
            <w:r/>
            <w:r>
              <w:rPr>
                <w:b/>
                <w:sz w:val="18"/>
              </w:rPr>
              <w:t>Aufgenommen von</w:t>
            </w:r>
          </w:p>
        </w:tc>
      </w:tr>
      <w:tr>
        <w:tc>
          <w:tcPr>
            <w:tcW w:type="dxa" w:w="3061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4535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26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3061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4535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268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200" w:after="60"/>
      </w:pPr>
      <w:r>
        <w:rPr>
          <w:b/>
          <w:sz w:val="22"/>
        </w:rPr>
        <w:t>9. Sonstiges (Besucher, Prüfungen, Abnahmen, Mängel, Sicherheit)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5"/>
            <w:shd w:val="clear" w:color="auto" w:fill="FFFFFF"/>
          </w:tcPr>
          <w:p>
            <w:r/>
            <w:r>
              <w:rPr>
                <w:b/>
                <w:sz w:val="18"/>
              </w:rPr>
            </w:r>
          </w:p>
        </w:tc>
      </w:tr>
      <w:tr>
        <w:trPr>
          <w:trHeight w:val="510"/>
        </w:trPr>
        <w:tc>
          <w:tcPr>
            <w:tcW w:type="dxa" w:w="9865"/>
          </w:tcPr>
          <w:p>
            <w:r/>
            <w:r>
              <w:rPr>
                <w:sz w:val="18"/>
              </w:rPr>
            </w:r>
          </w:p>
        </w:tc>
      </w:tr>
      <w:tr>
        <w:trPr>
          <w:trHeight w:val="510"/>
        </w:trPr>
        <w:tc>
          <w:tcPr>
            <w:tcW w:type="dxa" w:w="9865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120"/>
      </w:pPr>
      <w:r>
        <w:rPr>
          <w:b w:val="0"/>
          <w:i w:val="0"/>
          <w:sz w:val="20"/>
        </w:rPr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/>
            <w:r>
              <w:br/>
              <w:br/>
              <w:br/>
              <w:t>_______________________________</w:t>
            </w:r>
          </w:p>
        </w:tc>
        <w:tc>
          <w:tcPr>
            <w:tcW w:type="dxa" w:w="4933"/>
          </w:tcPr>
          <w:p>
            <w:r/>
            <w:r>
              <w:br/>
              <w:br/>
              <w:br/>
              <w:t>_______________________________</w:t>
            </w:r>
          </w:p>
        </w:tc>
      </w:tr>
      <w:tr>
        <w:tc>
          <w:tcPr>
            <w:tcW w:type="dxa" w:w="4933"/>
          </w:tcPr>
          <w:p>
            <w:r/>
            <w:r>
              <w:rPr>
                <w:sz w:val="16"/>
              </w:rPr>
              <w:t>Datum, Unterschrift Bauleitung / Polier (AN)</w:t>
            </w:r>
          </w:p>
        </w:tc>
        <w:tc>
          <w:tcPr>
            <w:tcW w:type="dxa" w:w="4933"/>
          </w:tcPr>
          <w:p>
            <w:r/>
            <w:r>
              <w:rPr>
                <w:sz w:val="16"/>
              </w:rPr>
              <w:t>Datum, Kenntnisnahme Bauleitung Auftraggeber</w:t>
            </w:r>
          </w:p>
        </w:tc>
      </w:tr>
    </w:tbl>
    <w:p>
      <w:pPr>
        <w:spacing w:before="120"/>
      </w:pPr>
      <w:r>
        <w:rPr>
          <w:b w:val="0"/>
          <w:i/>
          <w:sz w:val="16"/>
        </w:rPr>
        <w:t>Für Auftragnehmer besteht keine allgemeine gesetzliche Pflicht zum Bautagebuch; die Pflicht ergibt sich meist aus dem Bauvertrag. Für die Objektüberwachung ist die Dokumentation des Bauablaufs (Bautagebuch) eine Grundleistung der Leistungsphase 8 nach HOAI. Muster, keine Rechtsberatung.</w:t>
      </w:r>
    </w:p>
    <w:sectPr w:rsidR="00FC693F" w:rsidRPr="0006063C" w:rsidSect="00034616">
      <w:headerReference w:type="default" r:id="rId9"/>
      <w:pgSz w:w="11906" w:h="16838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i/>
        <w:color w:val="6B6B6B"/>
        <w:sz w:val="16"/>
      </w:rPr>
      <w:t>Vorlage von BauGrid - baugrid.de - Muster, keine Rechtsberatung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